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39DDA" w14:textId="77777777" w:rsidR="00B972C1" w:rsidRPr="00EB7276" w:rsidRDefault="00123911" w:rsidP="00123911">
      <w:pPr>
        <w:spacing w:after="0" w:line="240" w:lineRule="auto"/>
        <w:jc w:val="center"/>
        <w:rPr>
          <w:rFonts w:ascii="Prompt" w:hAnsi="Prompt" w:cs="Prompt"/>
          <w:b/>
          <w:sz w:val="28"/>
          <w:szCs w:val="28"/>
        </w:rPr>
      </w:pPr>
      <w:r w:rsidRPr="00EB7276">
        <w:rPr>
          <w:rFonts w:ascii="Prompt" w:hAnsi="Prompt" w:cs="Prompt"/>
          <w:b/>
          <w:color w:val="1B365D"/>
          <w:sz w:val="28"/>
          <w:szCs w:val="28"/>
        </w:rPr>
        <w:t>ข้อมูลเชิงสถิติเรื่องร้องเรียนการทุจริต ประจำปีงบประมาณ พ.ศ. 2569</w:t>
      </w:r>
    </w:p>
    <w:p w14:paraId="668B72E9" w14:textId="50457DE6" w:rsidR="00B972C1" w:rsidRPr="00EB7276" w:rsidRDefault="00123911" w:rsidP="00123911">
      <w:pPr>
        <w:spacing w:after="0" w:line="240" w:lineRule="auto"/>
        <w:jc w:val="center"/>
        <w:rPr>
          <w:rFonts w:ascii="Prompt" w:hAnsi="Prompt" w:cs="Prompt"/>
          <w:bCs/>
          <w:lang w:bidi="th-TH"/>
        </w:rPr>
      </w:pPr>
      <w:r w:rsidRPr="00EB7276">
        <w:rPr>
          <w:rFonts w:ascii="Prompt" w:hAnsi="Prompt" w:cs="Prompt"/>
          <w:bCs/>
          <w:color w:val="005F73"/>
          <w:cs/>
          <w:lang w:bidi="th-TH"/>
        </w:rPr>
        <w:t>ตรวจคนเข้าเมืองจังหวัดประจวบคีรีขันธ์</w:t>
      </w:r>
    </w:p>
    <w:p w14:paraId="0EC42FC3" w14:textId="026728FA" w:rsidR="00B972C1" w:rsidRPr="00EB7276" w:rsidRDefault="006E106E" w:rsidP="00123911">
      <w:pPr>
        <w:spacing w:after="0" w:line="240" w:lineRule="auto"/>
        <w:jc w:val="center"/>
        <w:rPr>
          <w:rFonts w:ascii="Prompt" w:hAnsi="Prompt" w:cs="Prompt"/>
          <w:b/>
          <w:bCs/>
          <w:lang w:bidi="th-TH"/>
        </w:rPr>
      </w:pPr>
      <w:r>
        <w:rPr>
          <w:rFonts w:ascii="Prompt" w:hAnsi="Prompt" w:cs="Prompt" w:hint="cs"/>
          <w:b/>
          <w:bCs/>
          <w:cs/>
          <w:lang w:bidi="th-TH"/>
        </w:rPr>
        <w:t>(ตุลาคม 2568 - มีนาคม 2569)</w:t>
      </w:r>
    </w:p>
    <w:tbl>
      <w:tblPr>
        <w:tblW w:w="15480" w:type="dxa"/>
        <w:tblInd w:w="-5" w:type="dxa"/>
        <w:tblBorders>
          <w:top w:val="single" w:sz="6" w:space="0" w:color="A0B2C6"/>
          <w:left w:val="single" w:sz="4" w:space="0" w:color="D3D3D3"/>
          <w:bottom w:val="single" w:sz="6" w:space="0" w:color="A0B2C6"/>
          <w:right w:val="single" w:sz="4" w:space="0" w:color="D3D3D3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1884"/>
        <w:gridCol w:w="1685"/>
        <w:gridCol w:w="1138"/>
        <w:gridCol w:w="1034"/>
        <w:gridCol w:w="1070"/>
        <w:gridCol w:w="938"/>
        <w:gridCol w:w="1064"/>
        <w:gridCol w:w="547"/>
        <w:gridCol w:w="780"/>
        <w:gridCol w:w="690"/>
        <w:gridCol w:w="1226"/>
        <w:gridCol w:w="1574"/>
        <w:gridCol w:w="680"/>
        <w:gridCol w:w="1170"/>
      </w:tblGrid>
      <w:tr w:rsidR="00266EA5" w:rsidRPr="00EB7276" w14:paraId="306ABD6C" w14:textId="77777777" w:rsidTr="00266EA5">
        <w:trPr>
          <w:trHeight w:val="407"/>
        </w:trPr>
        <w:tc>
          <w:tcPr>
            <w:tcW w:w="1884" w:type="dxa"/>
            <w:vMerge w:val="restart"/>
            <w:shd w:val="clear" w:color="auto" w:fill="005F73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768FA86" w14:textId="77777777" w:rsidR="00266EA5" w:rsidRPr="0079643D" w:rsidRDefault="00266EA5" w:rsidP="00123911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proofErr w:type="spellStart"/>
            <w:r w:rsidRPr="0079643D">
              <w:rPr>
                <w:rFonts w:ascii="Prompt" w:hAnsi="Prompt" w:cs="Prompt"/>
                <w:b/>
                <w:color w:val="FFFFFF"/>
              </w:rPr>
              <w:t>เดือน</w:t>
            </w:r>
            <w:proofErr w:type="spellEnd"/>
            <w:r w:rsidRPr="0079643D">
              <w:rPr>
                <w:rFonts w:ascii="Prompt" w:hAnsi="Prompt" w:cs="Prompt"/>
                <w:b/>
                <w:color w:val="FFFFFF"/>
              </w:rPr>
              <w:t>/</w:t>
            </w:r>
            <w:proofErr w:type="spellStart"/>
            <w:r w:rsidRPr="0079643D">
              <w:rPr>
                <w:rFonts w:ascii="Prompt" w:hAnsi="Prompt" w:cs="Prompt"/>
                <w:b/>
                <w:color w:val="FFFFFF"/>
              </w:rPr>
              <w:t>ปี</w:t>
            </w:r>
            <w:proofErr w:type="spellEnd"/>
          </w:p>
        </w:tc>
        <w:tc>
          <w:tcPr>
            <w:tcW w:w="6929" w:type="dxa"/>
            <w:gridSpan w:val="6"/>
            <w:shd w:val="clear" w:color="auto" w:fill="005F73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C5BF7D8" w14:textId="52AC9970" w:rsidR="00266EA5" w:rsidRPr="0079643D" w:rsidRDefault="00266EA5" w:rsidP="00123911">
            <w:pPr>
              <w:spacing w:after="0" w:line="240" w:lineRule="auto"/>
              <w:jc w:val="center"/>
              <w:rPr>
                <w:rFonts w:ascii="Prompt" w:hAnsi="Prompt" w:cs="Prompt"/>
                <w:b/>
                <w:color w:val="FFFFFF"/>
              </w:rPr>
            </w:pPr>
            <w:proofErr w:type="spellStart"/>
            <w:r w:rsidRPr="0079643D">
              <w:rPr>
                <w:rFonts w:ascii="Prompt" w:hAnsi="Prompt" w:cs="Prompt"/>
                <w:b/>
                <w:color w:val="FFFFFF"/>
              </w:rPr>
              <w:t>ช่องทางที่ร้องเรียน</w:t>
            </w:r>
            <w:proofErr w:type="spellEnd"/>
            <w:r w:rsidRPr="0079643D">
              <w:rPr>
                <w:rFonts w:ascii="Prompt" w:hAnsi="Prompt" w:cs="Prompt"/>
                <w:b/>
                <w:color w:val="FFFFFF"/>
              </w:rPr>
              <w:t>/</w:t>
            </w:r>
            <w:proofErr w:type="spellStart"/>
            <w:r w:rsidRPr="0079643D">
              <w:rPr>
                <w:rFonts w:ascii="Prompt" w:hAnsi="Prompt" w:cs="Prompt"/>
                <w:b/>
                <w:color w:val="FFFFFF"/>
              </w:rPr>
              <w:t>จำนวนเรื่อง</w:t>
            </w:r>
            <w:proofErr w:type="spellEnd"/>
          </w:p>
        </w:tc>
        <w:tc>
          <w:tcPr>
            <w:tcW w:w="2017" w:type="dxa"/>
            <w:gridSpan w:val="3"/>
            <w:shd w:val="clear" w:color="auto" w:fill="005F73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C985778" w14:textId="11D8FC83" w:rsidR="00266EA5" w:rsidRPr="0079643D" w:rsidRDefault="00266EA5" w:rsidP="00123911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proofErr w:type="spellStart"/>
            <w:r w:rsidRPr="0079643D">
              <w:rPr>
                <w:rFonts w:ascii="Prompt" w:hAnsi="Prompt" w:cs="Prompt"/>
                <w:b/>
                <w:color w:val="FFFFFF"/>
              </w:rPr>
              <w:t>ยุติเรื่อง</w:t>
            </w:r>
            <w:proofErr w:type="spellEnd"/>
          </w:p>
        </w:tc>
        <w:tc>
          <w:tcPr>
            <w:tcW w:w="1226" w:type="dxa"/>
            <w:vMerge w:val="restart"/>
            <w:shd w:val="clear" w:color="auto" w:fill="005F73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3B607335" w14:textId="5D6CC9D4" w:rsidR="00266EA5" w:rsidRPr="0079643D" w:rsidRDefault="00266EA5" w:rsidP="00123911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proofErr w:type="spellStart"/>
            <w:r w:rsidRPr="0079643D">
              <w:rPr>
                <w:rFonts w:ascii="Prompt" w:hAnsi="Prompt" w:cs="Prompt"/>
                <w:b/>
                <w:color w:val="FFFFFF"/>
              </w:rPr>
              <w:t>อยู่ระหว่าง</w:t>
            </w:r>
            <w:proofErr w:type="spellEnd"/>
            <w:r w:rsidRPr="0079643D">
              <w:rPr>
                <w:rFonts w:ascii="Prompt" w:hAnsi="Prompt" w:cs="Prompt"/>
                <w:b/>
                <w:color w:val="FFFFFF"/>
              </w:rPr>
              <w:br/>
            </w:r>
            <w:r w:rsidRPr="0079643D">
              <w:rPr>
                <w:rFonts w:ascii="Prompt" w:hAnsi="Prompt" w:cs="Prompt" w:hint="cs"/>
                <w:b/>
                <w:color w:val="FFFFFF"/>
                <w:cs/>
                <w:lang w:bidi="th-TH"/>
              </w:rPr>
              <w:t xml:space="preserve"> </w:t>
            </w:r>
            <w:proofErr w:type="spellStart"/>
            <w:r w:rsidRPr="0079643D">
              <w:rPr>
                <w:rFonts w:ascii="Prompt" w:hAnsi="Prompt" w:cs="Prompt"/>
                <w:b/>
                <w:color w:val="FFFFFF"/>
              </w:rPr>
              <w:t>ดำเนินการ</w:t>
            </w:r>
            <w:proofErr w:type="spellEnd"/>
          </w:p>
        </w:tc>
        <w:tc>
          <w:tcPr>
            <w:tcW w:w="1574" w:type="dxa"/>
            <w:vMerge w:val="restart"/>
            <w:shd w:val="clear" w:color="auto" w:fill="005F73"/>
            <w:vAlign w:val="center"/>
          </w:tcPr>
          <w:p w14:paraId="617FF6B1" w14:textId="073FC299" w:rsidR="00266EA5" w:rsidRPr="00266EA5" w:rsidRDefault="00266EA5" w:rsidP="00266EA5">
            <w:pPr>
              <w:spacing w:after="0" w:line="240" w:lineRule="auto"/>
              <w:jc w:val="center"/>
              <w:rPr>
                <w:rFonts w:ascii="Prompt" w:hAnsi="Prompt" w:cs="Prompt" w:hint="cs"/>
                <w:bCs/>
                <w:color w:val="FFFFFF"/>
                <w:lang w:bidi="th-TH"/>
              </w:rPr>
            </w:pPr>
            <w:r w:rsidRPr="00266EA5">
              <w:rPr>
                <w:rFonts w:ascii="Prompt" w:hAnsi="Prompt" w:cs="Prompt" w:hint="cs"/>
                <w:bCs/>
                <w:color w:val="FFFFFF"/>
                <w:cs/>
                <w:lang w:bidi="th-TH"/>
              </w:rPr>
              <w:t>ดำเนินการเรียบร้อยแล้ว</w:t>
            </w:r>
          </w:p>
        </w:tc>
        <w:tc>
          <w:tcPr>
            <w:tcW w:w="680" w:type="dxa"/>
            <w:vMerge w:val="restart"/>
            <w:shd w:val="clear" w:color="auto" w:fill="005F73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E307F35" w14:textId="320E1673" w:rsidR="00266EA5" w:rsidRPr="0079643D" w:rsidRDefault="00266EA5" w:rsidP="00123911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proofErr w:type="spellStart"/>
            <w:r w:rsidRPr="0079643D">
              <w:rPr>
                <w:rFonts w:ascii="Prompt" w:hAnsi="Prompt" w:cs="Prompt"/>
                <w:b/>
                <w:color w:val="FFFFFF"/>
              </w:rPr>
              <w:t>รวม</w:t>
            </w:r>
            <w:proofErr w:type="spellEnd"/>
          </w:p>
        </w:tc>
        <w:tc>
          <w:tcPr>
            <w:tcW w:w="1170" w:type="dxa"/>
            <w:vMerge w:val="restart"/>
            <w:shd w:val="clear" w:color="auto" w:fill="005F73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58D14FC" w14:textId="77777777" w:rsidR="00266EA5" w:rsidRPr="0079643D" w:rsidRDefault="00266EA5" w:rsidP="00123911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proofErr w:type="spellStart"/>
            <w:r w:rsidRPr="0079643D">
              <w:rPr>
                <w:rFonts w:ascii="Prompt" w:hAnsi="Prompt" w:cs="Prompt"/>
                <w:b/>
                <w:color w:val="FFFFFF"/>
              </w:rPr>
              <w:t>หมายเหตุ</w:t>
            </w:r>
            <w:proofErr w:type="spellEnd"/>
          </w:p>
        </w:tc>
      </w:tr>
      <w:tr w:rsidR="00266EA5" w:rsidRPr="00EB7276" w14:paraId="475885A0" w14:textId="77777777" w:rsidTr="00266EA5">
        <w:trPr>
          <w:trHeight w:val="682"/>
        </w:trPr>
        <w:tc>
          <w:tcPr>
            <w:tcW w:w="1884" w:type="dxa"/>
            <w:vMerge/>
            <w:tcBorders>
              <w:bottom w:val="single" w:sz="6" w:space="0" w:color="A0B2C6"/>
            </w:tcBorders>
          </w:tcPr>
          <w:p w14:paraId="09F1A2B7" w14:textId="77777777" w:rsidR="00266EA5" w:rsidRPr="00EB7276" w:rsidRDefault="00266EA5" w:rsidP="00123911">
            <w:pPr>
              <w:spacing w:after="0" w:line="240" w:lineRule="auto"/>
              <w:rPr>
                <w:rFonts w:ascii="Prompt" w:hAnsi="Prompt" w:cs="Prompt"/>
              </w:rPr>
            </w:pPr>
          </w:p>
        </w:tc>
        <w:tc>
          <w:tcPr>
            <w:tcW w:w="1685" w:type="dxa"/>
            <w:tcBorders>
              <w:bottom w:val="single" w:sz="6" w:space="0" w:color="A0B2C6"/>
            </w:tcBorders>
            <w:shd w:val="clear" w:color="auto" w:fill="E6F2F5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5FC0F17" w14:textId="680AA559" w:rsidR="00266EA5" w:rsidRPr="00CE2D58" w:rsidRDefault="00266EA5" w:rsidP="00CE2D58">
            <w:pPr>
              <w:spacing w:after="0" w:line="240" w:lineRule="auto"/>
              <w:jc w:val="center"/>
              <w:rPr>
                <w:rFonts w:ascii="Prompt" w:hAnsi="Prompt" w:cs="Prompt"/>
                <w:sz w:val="20"/>
                <w:szCs w:val="20"/>
              </w:rPr>
            </w:pPr>
            <w:proofErr w:type="spellStart"/>
            <w:r w:rsidRPr="00CE2D58">
              <w:rPr>
                <w:rFonts w:ascii="Prompt" w:hAnsi="Prompt" w:cs="Prompt"/>
                <w:b/>
                <w:color w:val="005F73"/>
                <w:sz w:val="20"/>
                <w:szCs w:val="20"/>
              </w:rPr>
              <w:t>ตรวจคนเข้าเมือง</w:t>
            </w:r>
            <w:proofErr w:type="spellEnd"/>
            <w:r w:rsidRPr="00CE2D58">
              <w:rPr>
                <w:rFonts w:ascii="Prompt" w:hAnsi="Prompt" w:cs="Prompt"/>
                <w:b/>
                <w:color w:val="005F73"/>
                <w:sz w:val="20"/>
                <w:szCs w:val="20"/>
              </w:rPr>
              <w:br/>
            </w:r>
            <w:proofErr w:type="spellStart"/>
            <w:r w:rsidRPr="00CE2D58">
              <w:rPr>
                <w:rFonts w:ascii="Prompt" w:hAnsi="Prompt" w:cs="Prompt"/>
                <w:b/>
                <w:color w:val="005F73"/>
                <w:sz w:val="20"/>
                <w:szCs w:val="20"/>
              </w:rPr>
              <w:t>จังหวัด</w:t>
            </w:r>
            <w:proofErr w:type="spellEnd"/>
            <w:r w:rsidRPr="00CE2D58">
              <w:rPr>
                <w:rFonts w:ascii="Prompt" w:hAnsi="Prompt" w:cs="Prompt"/>
                <w:b/>
                <w:color w:val="005F73"/>
                <w:sz w:val="20"/>
                <w:szCs w:val="20"/>
              </w:rPr>
              <w:br/>
            </w:r>
            <w:r w:rsidRPr="00CE2D58">
              <w:rPr>
                <w:rFonts w:ascii="Prompt" w:hAnsi="Prompt" w:cs="Prompt"/>
                <w:bCs/>
                <w:color w:val="005F73"/>
                <w:sz w:val="20"/>
                <w:szCs w:val="20"/>
                <w:cs/>
                <w:lang w:bidi="th-TH"/>
              </w:rPr>
              <w:t>ประจวบคีรีขันธ์</w:t>
            </w:r>
          </w:p>
        </w:tc>
        <w:tc>
          <w:tcPr>
            <w:tcW w:w="1138" w:type="dxa"/>
            <w:tcBorders>
              <w:bottom w:val="single" w:sz="6" w:space="0" w:color="A0B2C6"/>
            </w:tcBorders>
            <w:shd w:val="clear" w:color="auto" w:fill="E6F2F5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1DB9936" w14:textId="77777777" w:rsidR="00266EA5" w:rsidRPr="00CE2D58" w:rsidRDefault="00266EA5" w:rsidP="00CE2D58">
            <w:pPr>
              <w:spacing w:after="0" w:line="240" w:lineRule="auto"/>
              <w:jc w:val="center"/>
              <w:rPr>
                <w:rFonts w:ascii="Prompt" w:hAnsi="Prompt" w:cs="Prompt"/>
                <w:sz w:val="20"/>
                <w:szCs w:val="20"/>
              </w:rPr>
            </w:pPr>
            <w:proofErr w:type="spellStart"/>
            <w:r w:rsidRPr="00CE2D58">
              <w:rPr>
                <w:rFonts w:ascii="Prompt" w:hAnsi="Prompt" w:cs="Prompt"/>
                <w:b/>
                <w:color w:val="005F73"/>
                <w:sz w:val="20"/>
                <w:szCs w:val="20"/>
              </w:rPr>
              <w:t>จเรตำรวจ</w:t>
            </w:r>
            <w:proofErr w:type="spellEnd"/>
          </w:p>
        </w:tc>
        <w:tc>
          <w:tcPr>
            <w:tcW w:w="1034" w:type="dxa"/>
            <w:tcBorders>
              <w:bottom w:val="single" w:sz="6" w:space="0" w:color="A0B2C6"/>
            </w:tcBorders>
            <w:shd w:val="clear" w:color="auto" w:fill="E6F2F5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0915467" w14:textId="7AF2234D" w:rsidR="00266EA5" w:rsidRPr="00CE2D58" w:rsidRDefault="00266EA5" w:rsidP="00CE2D58">
            <w:pPr>
              <w:spacing w:after="0" w:line="240" w:lineRule="auto"/>
              <w:jc w:val="center"/>
              <w:rPr>
                <w:bCs/>
                <w:sz w:val="20"/>
                <w:szCs w:val="20"/>
                <w:lang w:bidi="th-TH"/>
              </w:rPr>
            </w:pPr>
            <w:r w:rsidRPr="00CE2D58">
              <w:rPr>
                <w:rFonts w:ascii="Prompt" w:hAnsi="Prompt" w:cs="Prompt" w:hint="cs"/>
                <w:bCs/>
                <w:color w:val="005F73"/>
                <w:sz w:val="20"/>
                <w:szCs w:val="20"/>
                <w:cs/>
                <w:lang w:bidi="th-TH"/>
              </w:rPr>
              <w:t>ศูนย์ดำรงธรรม</w:t>
            </w:r>
          </w:p>
        </w:tc>
        <w:tc>
          <w:tcPr>
            <w:tcW w:w="1070" w:type="dxa"/>
            <w:tcBorders>
              <w:bottom w:val="single" w:sz="6" w:space="0" w:color="A0B2C6"/>
            </w:tcBorders>
            <w:shd w:val="clear" w:color="auto" w:fill="E6F2F5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25FDE91" w14:textId="1418BD78" w:rsidR="00266EA5" w:rsidRPr="00CE2D58" w:rsidRDefault="00266EA5" w:rsidP="00CE2D58">
            <w:pPr>
              <w:spacing w:after="0" w:line="240" w:lineRule="auto"/>
              <w:jc w:val="center"/>
              <w:rPr>
                <w:rFonts w:ascii="Prompt" w:hAnsi="Prompt" w:cs="Prompt"/>
                <w:bCs/>
                <w:sz w:val="20"/>
                <w:szCs w:val="20"/>
                <w:lang w:bidi="th-TH"/>
              </w:rPr>
            </w:pPr>
            <w:r w:rsidRPr="00CE2D58">
              <w:rPr>
                <w:rFonts w:ascii="Prompt" w:hAnsi="Prompt" w:cs="Prompt" w:hint="cs"/>
                <w:bCs/>
                <w:color w:val="005F73"/>
                <w:sz w:val="20"/>
                <w:szCs w:val="20"/>
                <w:cs/>
                <w:lang w:bidi="th-TH"/>
              </w:rPr>
              <w:t>สำนักงาน ป.ป.ช.</w:t>
            </w:r>
          </w:p>
        </w:tc>
        <w:tc>
          <w:tcPr>
            <w:tcW w:w="938" w:type="dxa"/>
            <w:tcBorders>
              <w:bottom w:val="single" w:sz="6" w:space="0" w:color="A0B2C6"/>
            </w:tcBorders>
            <w:shd w:val="clear" w:color="auto" w:fill="E6F2F5"/>
            <w:vAlign w:val="center"/>
          </w:tcPr>
          <w:p w14:paraId="60373B2A" w14:textId="5277687F" w:rsidR="00266EA5" w:rsidRPr="00CE2D58" w:rsidRDefault="00266EA5" w:rsidP="00CE2D58">
            <w:pPr>
              <w:spacing w:after="0" w:line="240" w:lineRule="auto"/>
              <w:jc w:val="center"/>
              <w:rPr>
                <w:rFonts w:ascii="Prompt" w:hAnsi="Prompt" w:cs="Prompt"/>
                <w:bCs/>
                <w:color w:val="005F73"/>
                <w:sz w:val="20"/>
                <w:szCs w:val="20"/>
                <w:lang w:bidi="th-TH"/>
              </w:rPr>
            </w:pPr>
            <w:r w:rsidRPr="00CE2D58">
              <w:rPr>
                <w:rFonts w:ascii="Prompt" w:hAnsi="Prompt" w:cs="Prompt" w:hint="cs"/>
                <w:bCs/>
                <w:color w:val="005F73"/>
                <w:sz w:val="20"/>
                <w:szCs w:val="20"/>
                <w:cs/>
                <w:lang w:bidi="th-TH"/>
              </w:rPr>
              <w:t>แจ้งเบาะแส</w:t>
            </w:r>
          </w:p>
        </w:tc>
        <w:tc>
          <w:tcPr>
            <w:tcW w:w="1064" w:type="dxa"/>
            <w:tcBorders>
              <w:bottom w:val="single" w:sz="6" w:space="0" w:color="A0B2C6"/>
            </w:tcBorders>
            <w:shd w:val="clear" w:color="auto" w:fill="E6F2F5"/>
            <w:vAlign w:val="center"/>
          </w:tcPr>
          <w:p w14:paraId="536E8EFB" w14:textId="29C4484B" w:rsidR="00266EA5" w:rsidRPr="00CE2D58" w:rsidRDefault="00266EA5" w:rsidP="00CE2D58">
            <w:pPr>
              <w:spacing w:after="0" w:line="240" w:lineRule="auto"/>
              <w:jc w:val="center"/>
              <w:rPr>
                <w:rFonts w:ascii="Prompt" w:hAnsi="Prompt" w:cs="Prompt"/>
                <w:bCs/>
                <w:color w:val="005F73"/>
                <w:sz w:val="20"/>
                <w:szCs w:val="20"/>
                <w:lang w:bidi="th-TH"/>
              </w:rPr>
            </w:pPr>
            <w:r w:rsidRPr="00CE2D58">
              <w:rPr>
                <w:rFonts w:ascii="Prompt" w:hAnsi="Prompt" w:cs="Prompt" w:hint="cs"/>
                <w:bCs/>
                <w:color w:val="005F73"/>
                <w:sz w:val="20"/>
                <w:szCs w:val="20"/>
                <w:cs/>
                <w:lang w:bidi="th-TH"/>
              </w:rPr>
              <w:t>ร้องเรียนผ่าน 1178</w:t>
            </w:r>
          </w:p>
        </w:tc>
        <w:tc>
          <w:tcPr>
            <w:tcW w:w="547" w:type="dxa"/>
            <w:tcBorders>
              <w:bottom w:val="single" w:sz="6" w:space="0" w:color="A0B2C6"/>
            </w:tcBorders>
            <w:shd w:val="clear" w:color="auto" w:fill="E6F2F5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2EA47C6" w14:textId="7F3FF387" w:rsidR="00266EA5" w:rsidRPr="00EB7276" w:rsidRDefault="00266EA5" w:rsidP="00123911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proofErr w:type="spellStart"/>
            <w:r w:rsidRPr="00EB7276">
              <w:rPr>
                <w:rFonts w:ascii="Prompt" w:hAnsi="Prompt" w:cs="Prompt"/>
                <w:b/>
                <w:color w:val="005F73"/>
              </w:rPr>
              <w:t>วินัย</w:t>
            </w:r>
            <w:proofErr w:type="spellEnd"/>
          </w:p>
        </w:tc>
        <w:tc>
          <w:tcPr>
            <w:tcW w:w="780" w:type="dxa"/>
            <w:tcBorders>
              <w:bottom w:val="single" w:sz="6" w:space="0" w:color="A0B2C6"/>
            </w:tcBorders>
            <w:shd w:val="clear" w:color="auto" w:fill="E6F2F5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0D074BD" w14:textId="77777777" w:rsidR="00266EA5" w:rsidRPr="00EB7276" w:rsidRDefault="00266EA5" w:rsidP="00123911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proofErr w:type="spellStart"/>
            <w:r w:rsidRPr="00EB7276">
              <w:rPr>
                <w:rFonts w:ascii="Prompt" w:hAnsi="Prompt" w:cs="Prompt"/>
                <w:b/>
                <w:color w:val="005F73"/>
              </w:rPr>
              <w:t>อาญา</w:t>
            </w:r>
            <w:proofErr w:type="spellEnd"/>
          </w:p>
        </w:tc>
        <w:tc>
          <w:tcPr>
            <w:tcW w:w="690" w:type="dxa"/>
            <w:tcBorders>
              <w:bottom w:val="single" w:sz="6" w:space="0" w:color="A0B2C6"/>
            </w:tcBorders>
            <w:shd w:val="clear" w:color="auto" w:fill="E6F2F5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81B293C" w14:textId="77777777" w:rsidR="00266EA5" w:rsidRPr="00EB7276" w:rsidRDefault="00266EA5" w:rsidP="00123911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proofErr w:type="spellStart"/>
            <w:r w:rsidRPr="00EB7276">
              <w:rPr>
                <w:rFonts w:ascii="Prompt" w:hAnsi="Prompt" w:cs="Prompt"/>
                <w:b/>
                <w:color w:val="005F73"/>
              </w:rPr>
              <w:t>แพ่ง</w:t>
            </w:r>
            <w:proofErr w:type="spellEnd"/>
          </w:p>
        </w:tc>
        <w:tc>
          <w:tcPr>
            <w:tcW w:w="1226" w:type="dxa"/>
            <w:vMerge/>
            <w:tcBorders>
              <w:bottom w:val="single" w:sz="6" w:space="0" w:color="A0B2C6"/>
            </w:tcBorders>
          </w:tcPr>
          <w:p w14:paraId="4509D3F0" w14:textId="77777777" w:rsidR="00266EA5" w:rsidRPr="00EB7276" w:rsidRDefault="00266EA5" w:rsidP="00123911">
            <w:pPr>
              <w:spacing w:after="0" w:line="240" w:lineRule="auto"/>
              <w:rPr>
                <w:rFonts w:ascii="Prompt" w:hAnsi="Prompt" w:cs="Prompt"/>
              </w:rPr>
            </w:pPr>
          </w:p>
        </w:tc>
        <w:tc>
          <w:tcPr>
            <w:tcW w:w="1574" w:type="dxa"/>
            <w:vMerge/>
            <w:tcBorders>
              <w:bottom w:val="single" w:sz="6" w:space="0" w:color="A0B2C6"/>
            </w:tcBorders>
          </w:tcPr>
          <w:p w14:paraId="6495F021" w14:textId="77777777" w:rsidR="00266EA5" w:rsidRPr="00EB7276" w:rsidRDefault="00266EA5" w:rsidP="00123911">
            <w:pPr>
              <w:spacing w:after="0" w:line="240" w:lineRule="auto"/>
              <w:rPr>
                <w:rFonts w:ascii="Prompt" w:hAnsi="Prompt" w:cs="Prompt"/>
              </w:rPr>
            </w:pPr>
          </w:p>
        </w:tc>
        <w:tc>
          <w:tcPr>
            <w:tcW w:w="680" w:type="dxa"/>
            <w:vMerge/>
            <w:tcBorders>
              <w:bottom w:val="single" w:sz="6" w:space="0" w:color="A0B2C6"/>
            </w:tcBorders>
          </w:tcPr>
          <w:p w14:paraId="251482D1" w14:textId="0527D7FE" w:rsidR="00266EA5" w:rsidRPr="00EB7276" w:rsidRDefault="00266EA5" w:rsidP="00123911">
            <w:pPr>
              <w:spacing w:after="0" w:line="240" w:lineRule="auto"/>
              <w:rPr>
                <w:rFonts w:ascii="Prompt" w:hAnsi="Prompt" w:cs="Prompt"/>
              </w:rPr>
            </w:pPr>
          </w:p>
        </w:tc>
        <w:tc>
          <w:tcPr>
            <w:tcW w:w="1170" w:type="dxa"/>
            <w:vMerge/>
            <w:tcBorders>
              <w:bottom w:val="single" w:sz="6" w:space="0" w:color="A0B2C6"/>
            </w:tcBorders>
          </w:tcPr>
          <w:p w14:paraId="1EEB6398" w14:textId="77777777" w:rsidR="00266EA5" w:rsidRPr="00EB7276" w:rsidRDefault="00266EA5" w:rsidP="00123911">
            <w:pPr>
              <w:spacing w:after="0" w:line="240" w:lineRule="auto"/>
              <w:rPr>
                <w:rFonts w:ascii="Prompt" w:hAnsi="Prompt" w:cs="Prompt"/>
              </w:rPr>
            </w:pPr>
          </w:p>
        </w:tc>
      </w:tr>
      <w:tr w:rsidR="00266EA5" w:rsidRPr="00EB7276" w14:paraId="2CCB3270" w14:textId="77777777" w:rsidTr="001B4F64">
        <w:tc>
          <w:tcPr>
            <w:tcW w:w="188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B707B2F" w14:textId="77777777" w:rsidR="00266EA5" w:rsidRPr="0079643D" w:rsidRDefault="00266EA5" w:rsidP="00266EA5">
            <w:pPr>
              <w:spacing w:after="0" w:line="240" w:lineRule="auto"/>
              <w:rPr>
                <w:rFonts w:ascii="Prompt" w:hAnsi="Prompt" w:cs="Prompt"/>
              </w:rPr>
            </w:pPr>
            <w:proofErr w:type="spellStart"/>
            <w:r w:rsidRPr="0079643D">
              <w:rPr>
                <w:rFonts w:ascii="Prompt" w:hAnsi="Prompt" w:cs="Prompt"/>
                <w:color w:val="000000"/>
              </w:rPr>
              <w:t>ตุลาคม</w:t>
            </w:r>
            <w:proofErr w:type="spellEnd"/>
            <w:r w:rsidRPr="0079643D">
              <w:rPr>
                <w:rFonts w:ascii="Prompt" w:hAnsi="Prompt" w:cs="Prompt"/>
                <w:color w:val="000000"/>
              </w:rPr>
              <w:t xml:space="preserve"> 2568</w:t>
            </w:r>
          </w:p>
        </w:tc>
        <w:tc>
          <w:tcPr>
            <w:tcW w:w="1685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5328321" w14:textId="4503599B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138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DDD66A6" w14:textId="12C6992A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3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1B7CA18" w14:textId="761CBDEB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7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2D0C1C0" w14:textId="57EA4BE6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938" w:type="dxa"/>
            <w:shd w:val="clear" w:color="auto" w:fill="FFFFFF"/>
            <w:vAlign w:val="center"/>
          </w:tcPr>
          <w:p w14:paraId="23BC4339" w14:textId="33ACC11D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108784A0" w14:textId="05E1E050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547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DA5C415" w14:textId="537026A6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78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B603198" w14:textId="7BF6E746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69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45B7780" w14:textId="67979B26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226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40436D4" w14:textId="2C652147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574" w:type="dxa"/>
            <w:shd w:val="clear" w:color="auto" w:fill="FFFFFF"/>
            <w:vAlign w:val="center"/>
          </w:tcPr>
          <w:p w14:paraId="56042842" w14:textId="6D6A4506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68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0B827E0" w14:textId="672A1F6B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17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3DE9372" w14:textId="4FB34BB9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  <w:lang w:bidi="th-TH"/>
              </w:rPr>
            </w:pPr>
            <w:r w:rsidRPr="0079643D">
              <w:rPr>
                <w:rFonts w:ascii="Prompt" w:hAnsi="Prompt" w:cs="Prompt"/>
                <w:cs/>
                <w:lang w:bidi="th-TH"/>
              </w:rPr>
              <w:t>ไม่มีเรื่องร้องเรียน</w:t>
            </w:r>
          </w:p>
        </w:tc>
      </w:tr>
      <w:tr w:rsidR="00266EA5" w:rsidRPr="00EB7276" w14:paraId="2A6C2ED6" w14:textId="77777777" w:rsidTr="001B4F64">
        <w:tc>
          <w:tcPr>
            <w:tcW w:w="1884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A5ACB1B" w14:textId="77777777" w:rsidR="00266EA5" w:rsidRPr="0079643D" w:rsidRDefault="00266EA5" w:rsidP="00266EA5">
            <w:pPr>
              <w:spacing w:after="0" w:line="240" w:lineRule="auto"/>
              <w:rPr>
                <w:rFonts w:ascii="Prompt" w:hAnsi="Prompt" w:cs="Prompt"/>
              </w:rPr>
            </w:pPr>
            <w:proofErr w:type="spellStart"/>
            <w:r w:rsidRPr="0079643D">
              <w:rPr>
                <w:rFonts w:ascii="Prompt" w:hAnsi="Prompt" w:cs="Prompt"/>
                <w:color w:val="000000"/>
              </w:rPr>
              <w:t>พฤศจิกายน</w:t>
            </w:r>
            <w:proofErr w:type="spellEnd"/>
            <w:r w:rsidRPr="0079643D">
              <w:rPr>
                <w:rFonts w:ascii="Prompt" w:hAnsi="Prompt" w:cs="Prompt"/>
                <w:color w:val="000000"/>
              </w:rPr>
              <w:t xml:space="preserve"> 2568</w:t>
            </w:r>
          </w:p>
        </w:tc>
        <w:tc>
          <w:tcPr>
            <w:tcW w:w="1685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82E8B2C" w14:textId="6344B3E9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138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C9DF1F3" w14:textId="4541F501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34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257BE63" w14:textId="1C03EC7A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7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B2F9DE8" w14:textId="75F9CC1F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938" w:type="dxa"/>
            <w:shd w:val="clear" w:color="auto" w:fill="F8F9FA"/>
            <w:vAlign w:val="center"/>
          </w:tcPr>
          <w:p w14:paraId="2723A5C0" w14:textId="05793BD2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64" w:type="dxa"/>
            <w:shd w:val="clear" w:color="auto" w:fill="F8F9FA"/>
            <w:vAlign w:val="center"/>
          </w:tcPr>
          <w:p w14:paraId="6D6F5210" w14:textId="4567035A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547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CC97AC4" w14:textId="39F7AB31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78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8776E7F" w14:textId="6687D640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69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8D6C7F2" w14:textId="1FC13B24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226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2C13F2B" w14:textId="0E7BDE84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574" w:type="dxa"/>
            <w:shd w:val="clear" w:color="auto" w:fill="F8F9FA"/>
            <w:vAlign w:val="center"/>
          </w:tcPr>
          <w:p w14:paraId="4511970E" w14:textId="20E6E913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68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AA12D90" w14:textId="78894464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17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45DB817" w14:textId="0F382248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  <w:cs/>
                <w:lang w:bidi="th-TH"/>
              </w:rPr>
              <w:t>ไม่มีเรื่องร้องเรียน</w:t>
            </w:r>
          </w:p>
        </w:tc>
      </w:tr>
      <w:tr w:rsidR="00266EA5" w:rsidRPr="00EB7276" w14:paraId="60B6F42B" w14:textId="77777777" w:rsidTr="001B4F64">
        <w:tc>
          <w:tcPr>
            <w:tcW w:w="188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34D917A" w14:textId="77777777" w:rsidR="00266EA5" w:rsidRPr="0079643D" w:rsidRDefault="00266EA5" w:rsidP="00266EA5">
            <w:pPr>
              <w:spacing w:after="0" w:line="240" w:lineRule="auto"/>
              <w:rPr>
                <w:rFonts w:ascii="Prompt" w:hAnsi="Prompt" w:cs="Prompt"/>
              </w:rPr>
            </w:pPr>
            <w:proofErr w:type="spellStart"/>
            <w:r w:rsidRPr="0079643D">
              <w:rPr>
                <w:rFonts w:ascii="Prompt" w:hAnsi="Prompt" w:cs="Prompt"/>
                <w:color w:val="000000"/>
              </w:rPr>
              <w:t>ธันวาคม</w:t>
            </w:r>
            <w:proofErr w:type="spellEnd"/>
            <w:r w:rsidRPr="0079643D">
              <w:rPr>
                <w:rFonts w:ascii="Prompt" w:hAnsi="Prompt" w:cs="Prompt"/>
                <w:color w:val="000000"/>
              </w:rPr>
              <w:t xml:space="preserve"> 2568</w:t>
            </w:r>
          </w:p>
        </w:tc>
        <w:tc>
          <w:tcPr>
            <w:tcW w:w="1685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D29E9C" w14:textId="4DE1C995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138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81B7D5F" w14:textId="3C3E2521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3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1A56FEA" w14:textId="0AB0943D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7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2C34C03" w14:textId="4C81297B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938" w:type="dxa"/>
            <w:shd w:val="clear" w:color="auto" w:fill="FFFFFF"/>
            <w:vAlign w:val="center"/>
          </w:tcPr>
          <w:p w14:paraId="4AA48551" w14:textId="16F8A94E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7E59CDA2" w14:textId="1BF86692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547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947C710" w14:textId="62AC12CA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78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1AC7E96" w14:textId="3DF250E0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69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181462B" w14:textId="40FD710C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226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76D94E5" w14:textId="3D503F41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574" w:type="dxa"/>
            <w:shd w:val="clear" w:color="auto" w:fill="FFFFFF"/>
            <w:vAlign w:val="center"/>
          </w:tcPr>
          <w:p w14:paraId="0802CCB4" w14:textId="558834F9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68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F5F4A7" w14:textId="4EDCCF20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17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3B77957" w14:textId="7787D708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  <w:cs/>
                <w:lang w:bidi="th-TH"/>
              </w:rPr>
              <w:t>ไม่มีเรื่องร้องเรียน</w:t>
            </w:r>
          </w:p>
        </w:tc>
      </w:tr>
      <w:tr w:rsidR="00266EA5" w:rsidRPr="00EB7276" w14:paraId="44A1AEC5" w14:textId="77777777" w:rsidTr="001B4F64">
        <w:tc>
          <w:tcPr>
            <w:tcW w:w="1884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5C1EF4F" w14:textId="77777777" w:rsidR="00266EA5" w:rsidRPr="0079643D" w:rsidRDefault="00266EA5" w:rsidP="00266EA5">
            <w:pPr>
              <w:spacing w:after="0" w:line="240" w:lineRule="auto"/>
              <w:rPr>
                <w:rFonts w:ascii="Prompt" w:hAnsi="Prompt" w:cs="Prompt"/>
              </w:rPr>
            </w:pPr>
            <w:proofErr w:type="spellStart"/>
            <w:r w:rsidRPr="0079643D">
              <w:rPr>
                <w:rFonts w:ascii="Prompt" w:hAnsi="Prompt" w:cs="Prompt"/>
                <w:color w:val="000000"/>
              </w:rPr>
              <w:t>มกราคม</w:t>
            </w:r>
            <w:proofErr w:type="spellEnd"/>
            <w:r w:rsidRPr="0079643D">
              <w:rPr>
                <w:rFonts w:ascii="Prompt" w:hAnsi="Prompt" w:cs="Prompt"/>
                <w:color w:val="000000"/>
              </w:rPr>
              <w:t xml:space="preserve"> 2569</w:t>
            </w:r>
          </w:p>
        </w:tc>
        <w:tc>
          <w:tcPr>
            <w:tcW w:w="1685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C0693CC" w14:textId="7E89C34E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138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360DABF" w14:textId="5DF861A7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34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5B47880" w14:textId="5BDE454B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7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77F994B" w14:textId="1FB68A04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938" w:type="dxa"/>
            <w:shd w:val="clear" w:color="auto" w:fill="F8F9FA"/>
            <w:vAlign w:val="center"/>
          </w:tcPr>
          <w:p w14:paraId="746CC001" w14:textId="5C83C9C9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64" w:type="dxa"/>
            <w:shd w:val="clear" w:color="auto" w:fill="F8F9FA"/>
            <w:vAlign w:val="center"/>
          </w:tcPr>
          <w:p w14:paraId="745D867D" w14:textId="23839E79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547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528C770" w14:textId="5632C287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78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877CA76" w14:textId="18DC8ADE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69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69EE23E" w14:textId="0B4AE1AC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226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85A220A" w14:textId="2D956498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574" w:type="dxa"/>
            <w:shd w:val="clear" w:color="auto" w:fill="F8F9FA"/>
            <w:vAlign w:val="center"/>
          </w:tcPr>
          <w:p w14:paraId="6C7A6C79" w14:textId="656521B3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68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4D8B857" w14:textId="6E73D334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17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924D238" w14:textId="3151348F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  <w:cs/>
                <w:lang w:bidi="th-TH"/>
              </w:rPr>
              <w:t>ไม่มีเรื่องร้องเรียน</w:t>
            </w:r>
          </w:p>
        </w:tc>
      </w:tr>
      <w:tr w:rsidR="00266EA5" w:rsidRPr="00EB7276" w14:paraId="1E06DE5C" w14:textId="77777777" w:rsidTr="001B4F64">
        <w:tc>
          <w:tcPr>
            <w:tcW w:w="188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9BAA226" w14:textId="77777777" w:rsidR="00266EA5" w:rsidRPr="0079643D" w:rsidRDefault="00266EA5" w:rsidP="00266EA5">
            <w:pPr>
              <w:spacing w:after="0" w:line="240" w:lineRule="auto"/>
              <w:rPr>
                <w:rFonts w:ascii="Prompt" w:hAnsi="Prompt" w:cs="Prompt"/>
              </w:rPr>
            </w:pPr>
            <w:proofErr w:type="spellStart"/>
            <w:r w:rsidRPr="0079643D">
              <w:rPr>
                <w:rFonts w:ascii="Prompt" w:hAnsi="Prompt" w:cs="Prompt"/>
                <w:color w:val="000000"/>
              </w:rPr>
              <w:t>กุมภาพันธ์</w:t>
            </w:r>
            <w:proofErr w:type="spellEnd"/>
            <w:r w:rsidRPr="0079643D">
              <w:rPr>
                <w:rFonts w:ascii="Prompt" w:hAnsi="Prompt" w:cs="Prompt"/>
                <w:color w:val="000000"/>
              </w:rPr>
              <w:t xml:space="preserve"> 2569</w:t>
            </w:r>
          </w:p>
        </w:tc>
        <w:tc>
          <w:tcPr>
            <w:tcW w:w="1685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7EB3277" w14:textId="290CEE4C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138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4FBF4F1" w14:textId="1E818D5E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34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0F0A91B" w14:textId="3E2AE915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7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B94257C" w14:textId="0A0580AD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938" w:type="dxa"/>
            <w:shd w:val="clear" w:color="auto" w:fill="FFFFFF"/>
            <w:vAlign w:val="center"/>
          </w:tcPr>
          <w:p w14:paraId="51D0671D" w14:textId="46E1038E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0B9642B8" w14:textId="0B633A9D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547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D6ED41F" w14:textId="42FD5442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78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FCC98F1" w14:textId="1DCC8AB3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69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7143887" w14:textId="34A73A6B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226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DC99139" w14:textId="6F76AF9B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574" w:type="dxa"/>
            <w:shd w:val="clear" w:color="auto" w:fill="FFFFFF"/>
            <w:vAlign w:val="center"/>
          </w:tcPr>
          <w:p w14:paraId="317AD3FE" w14:textId="73CAC9C8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68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8D50D0E" w14:textId="2FA03E17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170" w:type="dxa"/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062814B" w14:textId="135A2619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  <w:cs/>
                <w:lang w:bidi="th-TH"/>
              </w:rPr>
              <w:t>ไม่มีเรื่องร้องเรียน</w:t>
            </w:r>
          </w:p>
        </w:tc>
      </w:tr>
      <w:tr w:rsidR="00266EA5" w:rsidRPr="00EB7276" w14:paraId="7BD73BE0" w14:textId="77777777" w:rsidTr="001B4F64">
        <w:tc>
          <w:tcPr>
            <w:tcW w:w="1884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88D272C" w14:textId="77777777" w:rsidR="00266EA5" w:rsidRPr="0079643D" w:rsidRDefault="00266EA5" w:rsidP="00266EA5">
            <w:pPr>
              <w:spacing w:after="0" w:line="240" w:lineRule="auto"/>
              <w:rPr>
                <w:rFonts w:ascii="Prompt" w:hAnsi="Prompt" w:cs="Prompt"/>
              </w:rPr>
            </w:pPr>
            <w:proofErr w:type="spellStart"/>
            <w:r w:rsidRPr="0079643D">
              <w:rPr>
                <w:rFonts w:ascii="Prompt" w:hAnsi="Prompt" w:cs="Prompt"/>
                <w:color w:val="000000"/>
              </w:rPr>
              <w:t>มีนาคม</w:t>
            </w:r>
            <w:proofErr w:type="spellEnd"/>
            <w:r w:rsidRPr="0079643D">
              <w:rPr>
                <w:rFonts w:ascii="Prompt" w:hAnsi="Prompt" w:cs="Prompt"/>
                <w:color w:val="000000"/>
              </w:rPr>
              <w:t xml:space="preserve"> 2569</w:t>
            </w:r>
          </w:p>
        </w:tc>
        <w:tc>
          <w:tcPr>
            <w:tcW w:w="1685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A247BDB" w14:textId="64333BD2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138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4B0553A" w14:textId="38F10C86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34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BC275A7" w14:textId="25EE50B7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7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E284A81" w14:textId="247EA1A0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938" w:type="dxa"/>
            <w:shd w:val="clear" w:color="auto" w:fill="F8F9FA"/>
            <w:vAlign w:val="center"/>
          </w:tcPr>
          <w:p w14:paraId="71D0C242" w14:textId="415228C4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064" w:type="dxa"/>
            <w:shd w:val="clear" w:color="auto" w:fill="F8F9FA"/>
            <w:vAlign w:val="center"/>
          </w:tcPr>
          <w:p w14:paraId="38A17DA9" w14:textId="78CC446A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547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ABF119A" w14:textId="1E8A3F0C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78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F131982" w14:textId="373B679C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69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AC684E4" w14:textId="4E8D9B9A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226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CE4F1A0" w14:textId="094B4EBE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574" w:type="dxa"/>
            <w:shd w:val="clear" w:color="auto" w:fill="F8F9FA"/>
            <w:vAlign w:val="center"/>
          </w:tcPr>
          <w:p w14:paraId="005A6D83" w14:textId="45AC043A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68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61655F4" w14:textId="502396BB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</w:rPr>
              <w:t>0</w:t>
            </w:r>
          </w:p>
        </w:tc>
        <w:tc>
          <w:tcPr>
            <w:tcW w:w="117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EC286A" w14:textId="04743FE3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</w:rPr>
            </w:pPr>
            <w:r w:rsidRPr="0079643D">
              <w:rPr>
                <w:rFonts w:ascii="Prompt" w:hAnsi="Prompt" w:cs="Prompt"/>
                <w:cs/>
                <w:lang w:bidi="th-TH"/>
              </w:rPr>
              <w:t>ไม่มีเรื่องร้องเรียน</w:t>
            </w:r>
          </w:p>
        </w:tc>
      </w:tr>
      <w:tr w:rsidR="00266EA5" w:rsidRPr="00EB7276" w14:paraId="37C7E671" w14:textId="77777777" w:rsidTr="00266EA5">
        <w:tc>
          <w:tcPr>
            <w:tcW w:w="1884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CC95C9D" w14:textId="0766C4F8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000000"/>
                <w:lang w:bidi="th-TH"/>
              </w:rPr>
            </w:pPr>
            <w:r w:rsidRPr="0079643D">
              <w:rPr>
                <w:rFonts w:ascii="Prompt" w:hAnsi="Prompt" w:cs="Prompt" w:hint="cs"/>
                <w:b/>
                <w:bCs/>
                <w:color w:val="000000"/>
                <w:cs/>
                <w:lang w:bidi="th-TH"/>
              </w:rPr>
              <w:t>รวม</w:t>
            </w:r>
          </w:p>
        </w:tc>
        <w:tc>
          <w:tcPr>
            <w:tcW w:w="1685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3F2B3C6" w14:textId="0C9F0D3A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s/>
                <w:lang w:bidi="th-TH"/>
              </w:rPr>
            </w:pPr>
            <w:r w:rsidRPr="0079643D">
              <w:rPr>
                <w:rFonts w:ascii="Prompt" w:hAnsi="Prompt" w:cs="Prompt" w:hint="cs"/>
                <w:b/>
                <w:bCs/>
                <w:cs/>
                <w:lang w:bidi="th-TH"/>
              </w:rPr>
              <w:t>0</w:t>
            </w:r>
          </w:p>
        </w:tc>
        <w:tc>
          <w:tcPr>
            <w:tcW w:w="1138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0E78A5F" w14:textId="4CCB2736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s/>
                <w:lang w:bidi="th-TH"/>
              </w:rPr>
            </w:pPr>
            <w:r w:rsidRPr="0079643D">
              <w:rPr>
                <w:rFonts w:ascii="Prompt" w:hAnsi="Prompt" w:cs="Prompt" w:hint="cs"/>
                <w:b/>
                <w:bCs/>
                <w:cs/>
                <w:lang w:bidi="th-TH"/>
              </w:rPr>
              <w:t>0</w:t>
            </w:r>
          </w:p>
        </w:tc>
        <w:tc>
          <w:tcPr>
            <w:tcW w:w="1034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DB43761" w14:textId="28AC24DA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s/>
                <w:lang w:bidi="th-TH"/>
              </w:rPr>
            </w:pPr>
            <w:r w:rsidRPr="0079643D">
              <w:rPr>
                <w:rFonts w:ascii="Prompt" w:hAnsi="Prompt" w:cs="Prompt" w:hint="cs"/>
                <w:b/>
                <w:bCs/>
                <w:cs/>
                <w:lang w:bidi="th-TH"/>
              </w:rPr>
              <w:t>0</w:t>
            </w:r>
          </w:p>
        </w:tc>
        <w:tc>
          <w:tcPr>
            <w:tcW w:w="107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5BD480C" w14:textId="6F0E77B0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s/>
                <w:lang w:bidi="th-TH"/>
              </w:rPr>
            </w:pPr>
            <w:r w:rsidRPr="0079643D">
              <w:rPr>
                <w:rFonts w:ascii="Prompt" w:hAnsi="Prompt" w:cs="Prompt" w:hint="cs"/>
                <w:b/>
                <w:bCs/>
                <w:cs/>
                <w:lang w:bidi="th-TH"/>
              </w:rPr>
              <w:t>0</w:t>
            </w:r>
          </w:p>
        </w:tc>
        <w:tc>
          <w:tcPr>
            <w:tcW w:w="938" w:type="dxa"/>
            <w:shd w:val="clear" w:color="auto" w:fill="F8F9FA"/>
          </w:tcPr>
          <w:p w14:paraId="0E796943" w14:textId="07F2BA4D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s/>
                <w:lang w:bidi="th-TH"/>
              </w:rPr>
            </w:pPr>
            <w:r w:rsidRPr="0079643D">
              <w:rPr>
                <w:rFonts w:ascii="Prompt" w:hAnsi="Prompt" w:cs="Prompt" w:hint="cs"/>
                <w:b/>
                <w:bCs/>
                <w:cs/>
                <w:lang w:bidi="th-TH"/>
              </w:rPr>
              <w:t>0</w:t>
            </w:r>
          </w:p>
        </w:tc>
        <w:tc>
          <w:tcPr>
            <w:tcW w:w="1064" w:type="dxa"/>
            <w:shd w:val="clear" w:color="auto" w:fill="F8F9FA"/>
          </w:tcPr>
          <w:p w14:paraId="14A539C2" w14:textId="4F699D3A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s/>
                <w:lang w:bidi="th-TH"/>
              </w:rPr>
            </w:pPr>
            <w:r w:rsidRPr="0079643D">
              <w:rPr>
                <w:rFonts w:ascii="Prompt" w:hAnsi="Prompt" w:cs="Prompt" w:hint="cs"/>
                <w:b/>
                <w:bCs/>
                <w:cs/>
                <w:lang w:bidi="th-TH"/>
              </w:rPr>
              <w:t>0</w:t>
            </w:r>
          </w:p>
        </w:tc>
        <w:tc>
          <w:tcPr>
            <w:tcW w:w="547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981DCF7" w14:textId="265E8F1E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s/>
                <w:lang w:bidi="th-TH"/>
              </w:rPr>
            </w:pPr>
            <w:r w:rsidRPr="0079643D">
              <w:rPr>
                <w:rFonts w:ascii="Prompt" w:hAnsi="Prompt" w:cs="Prompt" w:hint="cs"/>
                <w:b/>
                <w:bCs/>
                <w:cs/>
                <w:lang w:bidi="th-TH"/>
              </w:rPr>
              <w:t>0</w:t>
            </w:r>
          </w:p>
        </w:tc>
        <w:tc>
          <w:tcPr>
            <w:tcW w:w="78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60692B9" w14:textId="799748AB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s/>
                <w:lang w:bidi="th-TH"/>
              </w:rPr>
            </w:pPr>
            <w:r w:rsidRPr="0079643D">
              <w:rPr>
                <w:rFonts w:ascii="Prompt" w:hAnsi="Prompt" w:cs="Prompt" w:hint="cs"/>
                <w:b/>
                <w:bCs/>
                <w:cs/>
                <w:lang w:bidi="th-TH"/>
              </w:rPr>
              <w:t>0</w:t>
            </w:r>
          </w:p>
        </w:tc>
        <w:tc>
          <w:tcPr>
            <w:tcW w:w="69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5379660" w14:textId="3BCBB66B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s/>
                <w:lang w:bidi="th-TH"/>
              </w:rPr>
            </w:pPr>
            <w:r w:rsidRPr="0079643D">
              <w:rPr>
                <w:rFonts w:ascii="Prompt" w:hAnsi="Prompt" w:cs="Prompt" w:hint="cs"/>
                <w:b/>
                <w:bCs/>
                <w:cs/>
                <w:lang w:bidi="th-TH"/>
              </w:rPr>
              <w:t>0</w:t>
            </w:r>
          </w:p>
        </w:tc>
        <w:tc>
          <w:tcPr>
            <w:tcW w:w="1226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090D28A" w14:textId="1121E8BC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s/>
                <w:lang w:bidi="th-TH"/>
              </w:rPr>
            </w:pPr>
            <w:r w:rsidRPr="0079643D">
              <w:rPr>
                <w:rFonts w:ascii="Prompt" w:hAnsi="Prompt" w:cs="Prompt" w:hint="cs"/>
                <w:b/>
                <w:bCs/>
                <w:cs/>
                <w:lang w:bidi="th-TH"/>
              </w:rPr>
              <w:t>0</w:t>
            </w:r>
          </w:p>
        </w:tc>
        <w:tc>
          <w:tcPr>
            <w:tcW w:w="1574" w:type="dxa"/>
            <w:shd w:val="clear" w:color="auto" w:fill="F8F9FA"/>
          </w:tcPr>
          <w:p w14:paraId="1E803861" w14:textId="732B0799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 w:hint="cs"/>
                <w:b/>
                <w:bCs/>
                <w:cs/>
                <w:lang w:bidi="th-TH"/>
              </w:rPr>
            </w:pPr>
            <w:r w:rsidRPr="0079643D">
              <w:rPr>
                <w:rFonts w:ascii="Prompt" w:hAnsi="Prompt" w:cs="Prompt" w:hint="cs"/>
                <w:b/>
                <w:bCs/>
                <w:cs/>
                <w:lang w:bidi="th-TH"/>
              </w:rPr>
              <w:t>0</w:t>
            </w:r>
          </w:p>
        </w:tc>
        <w:tc>
          <w:tcPr>
            <w:tcW w:w="68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E50CACA" w14:textId="2827EB72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lang w:bidi="th-TH"/>
              </w:rPr>
            </w:pPr>
            <w:r w:rsidRPr="0079643D">
              <w:rPr>
                <w:rFonts w:ascii="Prompt" w:hAnsi="Prompt" w:cs="Prompt" w:hint="cs"/>
                <w:b/>
                <w:bCs/>
                <w:cs/>
                <w:lang w:bidi="th-TH"/>
              </w:rPr>
              <w:t>0</w:t>
            </w:r>
          </w:p>
        </w:tc>
        <w:tc>
          <w:tcPr>
            <w:tcW w:w="1170" w:type="dxa"/>
            <w:shd w:val="clear" w:color="auto" w:fill="F8F9F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C8079A8" w14:textId="0412E736" w:rsidR="00266EA5" w:rsidRPr="0079643D" w:rsidRDefault="00266EA5" w:rsidP="00266EA5">
            <w:pPr>
              <w:spacing w:after="0" w:line="240" w:lineRule="auto"/>
              <w:jc w:val="center"/>
              <w:rPr>
                <w:rFonts w:ascii="Prompt" w:hAnsi="Prompt" w:cs="Prompt"/>
                <w:cs/>
                <w:lang w:bidi="th-TH"/>
              </w:rPr>
            </w:pPr>
          </w:p>
        </w:tc>
      </w:tr>
    </w:tbl>
    <w:p w14:paraId="1DEB1AA5" w14:textId="77777777" w:rsidR="00B972C1" w:rsidRPr="00EB7276" w:rsidRDefault="00123911" w:rsidP="0079643D">
      <w:pPr>
        <w:spacing w:after="0" w:line="240" w:lineRule="auto"/>
        <w:rPr>
          <w:rFonts w:ascii="Prompt" w:hAnsi="Prompt" w:cs="Prompt"/>
        </w:rPr>
      </w:pPr>
      <w:proofErr w:type="spellStart"/>
      <w:r w:rsidRPr="00EB7276">
        <w:rPr>
          <w:rFonts w:ascii="Prompt" w:hAnsi="Prompt" w:cs="Prompt"/>
          <w:b/>
          <w:color w:val="505050"/>
        </w:rPr>
        <w:t>หมายเหตุ</w:t>
      </w:r>
      <w:proofErr w:type="spellEnd"/>
      <w:r w:rsidRPr="00EB7276">
        <w:rPr>
          <w:rFonts w:ascii="Prompt" w:hAnsi="Prompt" w:cs="Prompt"/>
          <w:b/>
          <w:color w:val="505050"/>
        </w:rPr>
        <w:t>:</w:t>
      </w:r>
    </w:p>
    <w:p w14:paraId="5F69E316" w14:textId="3F8D8161" w:rsidR="00B972C1" w:rsidRPr="00EB7276" w:rsidRDefault="00123911" w:rsidP="00123911">
      <w:pPr>
        <w:spacing w:after="0" w:line="240" w:lineRule="auto"/>
        <w:ind w:left="576"/>
        <w:rPr>
          <w:rFonts w:ascii="Prompt" w:hAnsi="Prompt" w:cs="Prompt"/>
        </w:rPr>
      </w:pPr>
      <w:r w:rsidRPr="00EB7276">
        <w:rPr>
          <w:rFonts w:ascii="Prompt" w:hAnsi="Prompt" w:cs="Prompt"/>
          <w:color w:val="646464"/>
        </w:rPr>
        <w:t xml:space="preserve">1. </w:t>
      </w:r>
      <w:proofErr w:type="spellStart"/>
      <w:r w:rsidRPr="00EB7276">
        <w:rPr>
          <w:rFonts w:ascii="Prompt" w:hAnsi="Prompt" w:cs="Prompt"/>
          <w:color w:val="646464"/>
        </w:rPr>
        <w:t>ไม่มีเรื่องร้องเรียนการทุจริตของข้าราชการตำรวจ</w:t>
      </w:r>
      <w:proofErr w:type="spellEnd"/>
      <w:r w:rsidRPr="00EB7276">
        <w:rPr>
          <w:rFonts w:ascii="Prompt" w:hAnsi="Prompt" w:cs="Prompt"/>
          <w:color w:val="646464"/>
          <w:cs/>
          <w:lang w:bidi="th-TH"/>
        </w:rPr>
        <w:t>ตรวจคนเข้าเมืองจังหวัดประจวบคีรีขันธ์</w:t>
      </w:r>
      <w:r w:rsidR="00EB7276">
        <w:rPr>
          <w:rFonts w:ascii="Prompt" w:hAnsi="Prompt" w:cs="Prompt"/>
          <w:color w:val="646464"/>
          <w:lang w:bidi="th-TH"/>
        </w:rPr>
        <w:t xml:space="preserve"> </w:t>
      </w:r>
      <w:proofErr w:type="spellStart"/>
      <w:r w:rsidRPr="00EB7276">
        <w:rPr>
          <w:rFonts w:ascii="Prompt" w:hAnsi="Prompt" w:cs="Prompt"/>
          <w:color w:val="646464"/>
        </w:rPr>
        <w:t>ในห้วงระยะเวลาตั้งแต่</w:t>
      </w:r>
      <w:proofErr w:type="spellEnd"/>
      <w:r w:rsidRPr="00EB7276">
        <w:rPr>
          <w:rFonts w:ascii="Prompt" w:hAnsi="Prompt" w:cs="Prompt"/>
          <w:color w:val="646464"/>
        </w:rPr>
        <w:t xml:space="preserve"> 1 ต.ค.68 - 31 มี.ค.69</w:t>
      </w:r>
    </w:p>
    <w:p w14:paraId="7C39B734" w14:textId="77777777" w:rsidR="00B972C1" w:rsidRPr="00EB7276" w:rsidRDefault="00123911" w:rsidP="00123911">
      <w:pPr>
        <w:spacing w:after="0" w:line="240" w:lineRule="auto"/>
        <w:ind w:left="576"/>
        <w:rPr>
          <w:rFonts w:ascii="Prompt" w:hAnsi="Prompt" w:cs="Prompt"/>
        </w:rPr>
      </w:pPr>
      <w:r w:rsidRPr="00EB7276">
        <w:rPr>
          <w:rFonts w:ascii="Prompt" w:hAnsi="Prompt" w:cs="Prompt"/>
          <w:color w:val="646464"/>
        </w:rPr>
        <w:t>2. หน่วยงานรับเรื่องร้องเรียน หมายถึง ศูนย์รับเรื่องราวร้องทุกข์ของรัฐบาล ตู้ ปณ. 111 ศูนย์ดำรงธรรม เป็นต้น</w:t>
      </w:r>
    </w:p>
    <w:p w14:paraId="4D363B87" w14:textId="77777777" w:rsidR="00B972C1" w:rsidRPr="00EB7276" w:rsidRDefault="00123911" w:rsidP="00123911">
      <w:pPr>
        <w:spacing w:after="0" w:line="240" w:lineRule="auto"/>
        <w:ind w:left="576"/>
        <w:rPr>
          <w:rFonts w:ascii="Prompt" w:hAnsi="Prompt" w:cs="Prompt"/>
        </w:rPr>
      </w:pPr>
      <w:r w:rsidRPr="00EB7276">
        <w:rPr>
          <w:rFonts w:ascii="Prompt" w:hAnsi="Prompt" w:cs="Prompt"/>
          <w:color w:val="646464"/>
        </w:rPr>
        <w:t>3. หน่วยตรวจสอบ หมายถึง สำนักงาน ป.ป.ช. สำนักงานตรวจเงินแผ่นดิน กรมสอบสวนคดีพิเศษ เป็นต้น</w:t>
      </w:r>
    </w:p>
    <w:sectPr w:rsidR="00B972C1" w:rsidRPr="00EB7276" w:rsidSect="0079643D">
      <w:footerReference w:type="default" r:id="rId8"/>
      <w:pgSz w:w="16834" w:h="11909" w:orient="landscape"/>
      <w:pgMar w:top="540" w:right="274" w:bottom="1008" w:left="2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DD7C9" w14:textId="77777777" w:rsidR="00A947D8" w:rsidRDefault="00A947D8" w:rsidP="006E106E">
      <w:pPr>
        <w:spacing w:after="0" w:line="240" w:lineRule="auto"/>
      </w:pPr>
      <w:r>
        <w:separator/>
      </w:r>
    </w:p>
  </w:endnote>
  <w:endnote w:type="continuationSeparator" w:id="0">
    <w:p w14:paraId="52F6C109" w14:textId="77777777" w:rsidR="00A947D8" w:rsidRDefault="00A947D8" w:rsidP="006E1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D800" w14:textId="0FE8EEE6" w:rsidR="006E106E" w:rsidRDefault="006E106E" w:rsidP="006E106E">
    <w:pPr>
      <w:pStyle w:val="Footer"/>
      <w:jc w:val="right"/>
    </w:pPr>
    <w:proofErr w:type="spellStart"/>
    <w:r w:rsidRPr="00EB7276">
      <w:rPr>
        <w:rFonts w:ascii="Prompt" w:hAnsi="Prompt" w:cs="Prompt"/>
        <w:b/>
        <w:bCs/>
        <w:color w:val="646464"/>
      </w:rPr>
      <w:t>ข้อมูล</w:t>
    </w:r>
    <w:proofErr w:type="spellEnd"/>
    <w:r w:rsidRPr="00EB7276">
      <w:rPr>
        <w:rFonts w:ascii="Prompt" w:hAnsi="Prompt" w:cs="Prompt"/>
        <w:b/>
        <w:bCs/>
        <w:color w:val="646464"/>
      </w:rPr>
      <w:t xml:space="preserve"> ณ </w:t>
    </w:r>
    <w:proofErr w:type="spellStart"/>
    <w:r w:rsidRPr="00EB7276">
      <w:rPr>
        <w:rFonts w:ascii="Prompt" w:hAnsi="Prompt" w:cs="Prompt"/>
        <w:b/>
        <w:bCs/>
        <w:color w:val="646464"/>
      </w:rPr>
      <w:t>วันที่</w:t>
    </w:r>
    <w:proofErr w:type="spellEnd"/>
    <w:r w:rsidRPr="00EB7276">
      <w:rPr>
        <w:rFonts w:ascii="Prompt" w:hAnsi="Prompt" w:cs="Prompt"/>
        <w:b/>
        <w:bCs/>
        <w:color w:val="646464"/>
      </w:rPr>
      <w:t xml:space="preserve"> 31 </w:t>
    </w:r>
    <w:proofErr w:type="spellStart"/>
    <w:r w:rsidRPr="00EB7276">
      <w:rPr>
        <w:rFonts w:ascii="Prompt" w:hAnsi="Prompt" w:cs="Prompt"/>
        <w:b/>
        <w:bCs/>
        <w:color w:val="646464"/>
      </w:rPr>
      <w:t>มีนาคม</w:t>
    </w:r>
    <w:proofErr w:type="spellEnd"/>
    <w:r w:rsidRPr="00EB7276">
      <w:rPr>
        <w:rFonts w:ascii="Prompt" w:hAnsi="Prompt" w:cs="Prompt"/>
        <w:b/>
        <w:bCs/>
        <w:color w:val="646464"/>
      </w:rPr>
      <w:t xml:space="preserve"> 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7DE69" w14:textId="77777777" w:rsidR="00A947D8" w:rsidRDefault="00A947D8" w:rsidP="006E106E">
      <w:pPr>
        <w:spacing w:after="0" w:line="240" w:lineRule="auto"/>
      </w:pPr>
      <w:r>
        <w:separator/>
      </w:r>
    </w:p>
  </w:footnote>
  <w:footnote w:type="continuationSeparator" w:id="0">
    <w:p w14:paraId="4AF22570" w14:textId="77777777" w:rsidR="00A947D8" w:rsidRDefault="00A947D8" w:rsidP="006E1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0D92"/>
    <w:rsid w:val="00123911"/>
    <w:rsid w:val="00144401"/>
    <w:rsid w:val="0015074B"/>
    <w:rsid w:val="00160E93"/>
    <w:rsid w:val="00266EA5"/>
    <w:rsid w:val="0029639D"/>
    <w:rsid w:val="002C3B77"/>
    <w:rsid w:val="00326F90"/>
    <w:rsid w:val="00397C46"/>
    <w:rsid w:val="005B3DF5"/>
    <w:rsid w:val="006E106E"/>
    <w:rsid w:val="0079643D"/>
    <w:rsid w:val="007F7128"/>
    <w:rsid w:val="00A947D8"/>
    <w:rsid w:val="00AA1D8D"/>
    <w:rsid w:val="00B47730"/>
    <w:rsid w:val="00B972C1"/>
    <w:rsid w:val="00CB0664"/>
    <w:rsid w:val="00CE2D58"/>
    <w:rsid w:val="00EB7276"/>
    <w:rsid w:val="00F8472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56BAE1"/>
  <w14:defaultImageDpi w14:val="330"/>
  <w15:docId w15:val="{AF2FDA1B-FF96-4094-B0D3-C09FA1AB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235</Words>
  <Characters>865</Characters>
  <Application>Microsoft Office Word</Application>
  <DocSecurity>0</DocSecurity>
  <Lines>144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benjawan_m@outlook.com</cp:lastModifiedBy>
  <cp:revision>11</cp:revision>
  <dcterms:created xsi:type="dcterms:W3CDTF">2026-05-21T08:04:00Z</dcterms:created>
  <dcterms:modified xsi:type="dcterms:W3CDTF">2026-07-30T07:46:00Z</dcterms:modified>
  <cp:category/>
</cp:coreProperties>
</file>